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01F" w:rsidRDefault="00B17EBE">
      <w:pPr>
        <w:pStyle w:val="Title"/>
      </w:pPr>
      <w:r>
        <w:t>Vote at 16 registration form</w:t>
      </w:r>
    </w:p>
    <w:p w:rsidR="002C601F" w:rsidRDefault="00B17EBE">
      <w:r>
        <w:rPr>
          <w:b/>
        </w:rPr>
        <w:t>My Life, My Choice  |  SRCDC</w:t>
      </w:r>
    </w:p>
    <w:p w:rsidR="002C601F" w:rsidRDefault="00B17EBE">
      <w:r>
        <w:t>Complete this form and email it to Larysa.Martseva@srcdc.org.uk. You do not need a finished video or a final idea to register.</w:t>
      </w:r>
    </w:p>
    <w:p w:rsidR="002C601F" w:rsidRDefault="00B17EBE">
      <w:pPr>
        <w:pStyle w:val="Heading1"/>
      </w:pPr>
      <w:r>
        <w:t>About you</w:t>
      </w:r>
    </w:p>
    <w:p w:rsidR="002C601F" w:rsidRDefault="00B17EBE">
      <w:r>
        <w:t xml:space="preserve">Full name  </w:t>
      </w:r>
      <w:r>
        <w:t>__________________________________________________</w:t>
      </w:r>
    </w:p>
    <w:p w:rsidR="002C601F" w:rsidRDefault="00B17EBE">
      <w:r>
        <w:t>Age: ________    Town or city in Wales: __________________________________</w:t>
      </w:r>
    </w:p>
    <w:p w:rsidR="002C601F" w:rsidRDefault="00B17EBE">
      <w:r>
        <w:t>Email  __________________________________________________</w:t>
      </w:r>
    </w:p>
    <w:p w:rsidR="002C601F" w:rsidRDefault="00B17EBE">
      <w:r>
        <w:t>Phone number  __________________________________________________</w:t>
      </w:r>
    </w:p>
    <w:p w:rsidR="002C601F" w:rsidRDefault="00B17EBE">
      <w:r>
        <w:t xml:space="preserve">TikTok </w:t>
      </w:r>
      <w:r>
        <w:t>username or account link  __________________________________________________</w:t>
      </w:r>
    </w:p>
    <w:p w:rsidR="002C601F" w:rsidRDefault="00B17EBE">
      <w:pPr>
        <w:pStyle w:val="Heading1"/>
      </w:pPr>
      <w:r>
        <w:t>Your idea and support</w:t>
      </w:r>
    </w:p>
    <w:p w:rsidR="002C601F" w:rsidRDefault="00B17EBE">
      <w:r>
        <w:t>What would you like to make a video about? Optional — it is fine if you are not sure yet.</w:t>
      </w:r>
    </w:p>
    <w:p w:rsidR="002C601F" w:rsidRDefault="00B17EBE">
      <w:r>
        <w:t>___________________________________________________________________</w:t>
      </w:r>
      <w:r>
        <w:t>_____________________</w:t>
      </w:r>
    </w:p>
    <w:p w:rsidR="002C601F" w:rsidRDefault="00B17EBE">
      <w:r>
        <w:t>What would you like help with? Tick any that apply.</w:t>
      </w:r>
    </w:p>
    <w:p w:rsidR="002C601F" w:rsidRDefault="00B17EBE">
      <w:proofErr w:type="gramStart"/>
      <w:r>
        <w:t>☐</w:t>
      </w:r>
      <w:r>
        <w:t xml:space="preserve">  </w:t>
      </w:r>
      <w:r>
        <w:t>Ideas</w:t>
      </w:r>
      <w:proofErr w:type="gramEnd"/>
      <w:r>
        <w:t xml:space="preserve"> or script    ☐  </w:t>
      </w:r>
      <w:r>
        <w:t xml:space="preserve">Filming    ☐  </w:t>
      </w:r>
      <w:r>
        <w:t xml:space="preserve">Editing    ☐  </w:t>
      </w:r>
      <w:r>
        <w:t xml:space="preserve">Equipment or software    ☐  </w:t>
      </w:r>
      <w:r>
        <w:t>Not sure</w:t>
      </w:r>
    </w:p>
    <w:p w:rsidR="002C601F" w:rsidRDefault="00B17EBE">
      <w:r>
        <w:t>Anything that would help you take part? Optional — you can discuss this privately.</w:t>
      </w:r>
    </w:p>
    <w:p w:rsidR="002C601F" w:rsidRDefault="00B17EBE">
      <w:r>
        <w:t>______________</w:t>
      </w:r>
      <w:r>
        <w:t>__________________________________________________________________________</w:t>
      </w:r>
    </w:p>
    <w:p w:rsidR="002C601F" w:rsidRDefault="00B17EBE">
      <w:pPr>
        <w:pStyle w:val="Heading1"/>
      </w:pPr>
      <w:r>
        <w:t>Your agreement</w:t>
      </w:r>
    </w:p>
    <w:p w:rsidR="002C601F" w:rsidRDefault="00B17EBE">
      <w:r>
        <w:t>Please tick each box to confirm.</w:t>
      </w:r>
    </w:p>
    <w:p w:rsidR="002C601F" w:rsidRDefault="00B17EBE">
      <w:proofErr w:type="gramStart"/>
      <w:r>
        <w:t>☐</w:t>
      </w:r>
      <w:r>
        <w:t xml:space="preserve">  </w:t>
      </w:r>
      <w:r>
        <w:t>I</w:t>
      </w:r>
      <w:proofErr w:type="gramEnd"/>
      <w:r>
        <w:t xml:space="preserve"> am aged 16 to 21 and live in Wales.</w:t>
      </w:r>
    </w:p>
    <w:p w:rsidR="002C601F" w:rsidRDefault="00B17EBE">
      <w:proofErr w:type="gramStart"/>
      <w:r>
        <w:t>☐</w:t>
      </w:r>
      <w:r>
        <w:t xml:space="preserve">  </w:t>
      </w:r>
      <w:r>
        <w:t>I</w:t>
      </w:r>
      <w:proofErr w:type="gramEnd"/>
      <w:r>
        <w:t xml:space="preserve"> have read and agree to the competition rules.</w:t>
      </w:r>
    </w:p>
    <w:p w:rsidR="002C601F" w:rsidRDefault="00B17EBE">
      <w:proofErr w:type="gramStart"/>
      <w:r>
        <w:t>☐</w:t>
      </w:r>
      <w:r>
        <w:t xml:space="preserve">  </w:t>
      </w:r>
      <w:r>
        <w:t>I</w:t>
      </w:r>
      <w:proofErr w:type="gramEnd"/>
      <w:r>
        <w:t xml:space="preserve"> will post my video on my own TikTok acc</w:t>
      </w:r>
      <w:r>
        <w:t>ount and keep my account and the post public until voting closes on 8 January 2027.</w:t>
      </w:r>
    </w:p>
    <w:p w:rsidR="002C601F" w:rsidRDefault="00B17EBE">
      <w:proofErr w:type="gramStart"/>
      <w:r>
        <w:t>☐</w:t>
      </w:r>
      <w:r>
        <w:t xml:space="preserve">  </w:t>
      </w:r>
      <w:r>
        <w:t>I</w:t>
      </w:r>
      <w:proofErr w:type="gramEnd"/>
      <w:r>
        <w:t xml:space="preserve"> agree that SRCDC can publish my entry on its website and social media for the Vote at 16 project, crediting me as the creator. I keep the copyright.</w:t>
      </w:r>
    </w:p>
    <w:p w:rsidR="002C601F" w:rsidRDefault="00B17EBE">
      <w:proofErr w:type="gramStart"/>
      <w:r>
        <w:t>☐</w:t>
      </w:r>
      <w:r>
        <w:t xml:space="preserve">  </w:t>
      </w:r>
      <w:r>
        <w:t>I</w:t>
      </w:r>
      <w:proofErr w:type="gramEnd"/>
      <w:r>
        <w:t xml:space="preserve"> will get permis</w:t>
      </w:r>
      <w:r>
        <w:t>sion from everyone who appears in my video and provide written parent or guardian permission for anyone aged 17 or under.</w:t>
      </w:r>
    </w:p>
    <w:p w:rsidR="002C601F" w:rsidRDefault="00B17EBE">
      <w:r>
        <w:t>Participant signature: __________________________    Date: __________________</w:t>
      </w:r>
    </w:p>
    <w:p w:rsidR="002C601F" w:rsidRDefault="00B17EBE">
      <w:pPr>
        <w:pStyle w:val="Heading1"/>
      </w:pPr>
      <w:r>
        <w:t>Parent or guardian permission</w:t>
      </w:r>
    </w:p>
    <w:p w:rsidR="002C601F" w:rsidRDefault="00B17EBE">
      <w:r>
        <w:t>Complete this section only</w:t>
      </w:r>
      <w:r>
        <w:t xml:space="preserve"> if the participant is under 18.</w:t>
      </w:r>
    </w:p>
    <w:p w:rsidR="002C601F" w:rsidRDefault="00B17EBE">
      <w:proofErr w:type="gramStart"/>
      <w:r>
        <w:t>☐</w:t>
      </w:r>
      <w:r>
        <w:t xml:space="preserve">  </w:t>
      </w:r>
      <w:r>
        <w:t>I</w:t>
      </w:r>
      <w:proofErr w:type="gramEnd"/>
      <w:r>
        <w:t xml:space="preserve"> give permission for the participant named above to take part and publish their video, including on SRCDC’s website and social media for this project.</w:t>
      </w:r>
    </w:p>
    <w:p w:rsidR="002C601F" w:rsidRDefault="00B17EBE">
      <w:r>
        <w:t>Parent or guardian name: _____________________    Relationship: _____</w:t>
      </w:r>
      <w:r>
        <w:t>_________</w:t>
      </w:r>
    </w:p>
    <w:p w:rsidR="002C601F" w:rsidRDefault="00B17EBE">
      <w:r>
        <w:t>Email or phone: _______________________________________________________</w:t>
      </w:r>
    </w:p>
    <w:p w:rsidR="002C601F" w:rsidRDefault="00B17EBE">
      <w:r>
        <w:t>Signature: __________________________________    Date: __________________</w:t>
      </w:r>
    </w:p>
    <w:p w:rsidR="002C601F" w:rsidRDefault="00B17EBE">
      <w:r>
        <w:rPr>
          <w:b/>
        </w:rPr>
        <w:t>Questions? Contact Larysa Martseva, Project Lead,</w:t>
      </w:r>
      <w:bookmarkStart w:id="0" w:name="_GoBack"/>
      <w:bookmarkEnd w:id="0"/>
      <w:r>
        <w:rPr>
          <w:b/>
        </w:rPr>
        <w:t xml:space="preserve"> on 07873 322920.</w:t>
      </w:r>
    </w:p>
    <w:sectPr w:rsidR="002C601F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C601F"/>
    <w:rsid w:val="00326F90"/>
    <w:rsid w:val="00AA1D8D"/>
    <w:rsid w:val="00B17EB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ECF691D-0C26-41DC-9B8F-6D2782A2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876F4E-E158-4D33-B5EC-053E76F61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 Philpotts</cp:lastModifiedBy>
  <cp:revision>2</cp:revision>
  <dcterms:created xsi:type="dcterms:W3CDTF">2026-09-23T16:23:00Z</dcterms:created>
  <dcterms:modified xsi:type="dcterms:W3CDTF">2026-09-23T16:23:00Z</dcterms:modified>
  <cp:category/>
</cp:coreProperties>
</file>